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C258" w14:textId="77777777" w:rsidR="000C64FF" w:rsidRPr="00C26A26" w:rsidRDefault="00000000">
      <w:pPr>
        <w:jc w:val="center"/>
        <w:rPr>
          <w:lang w:val="da-DK"/>
        </w:rPr>
      </w:pPr>
      <w:r w:rsidRPr="00C26A26">
        <w:rPr>
          <w:b/>
          <w:sz w:val="32"/>
          <w:lang w:val="da-DK"/>
        </w:rPr>
        <w:t xml:space="preserve">Handelsbetingelser for </w:t>
      </w:r>
      <w:proofErr w:type="spellStart"/>
      <w:r w:rsidRPr="00C26A26">
        <w:rPr>
          <w:b/>
          <w:sz w:val="32"/>
          <w:lang w:val="da-DK"/>
        </w:rPr>
        <w:t>standsalg</w:t>
      </w:r>
      <w:proofErr w:type="spellEnd"/>
      <w:r w:rsidRPr="00C26A26">
        <w:rPr>
          <w:b/>
          <w:sz w:val="32"/>
          <w:lang w:val="da-DK"/>
        </w:rPr>
        <w:t xml:space="preserve"> af Copenhagen Comics 2027</w:t>
      </w:r>
    </w:p>
    <w:p w14:paraId="6BF48BAC" w14:textId="0B9308D0" w:rsidR="000C64FF" w:rsidRPr="00C26A26" w:rsidRDefault="00000000">
      <w:pPr>
        <w:rPr>
          <w:lang w:val="da-DK"/>
        </w:rPr>
      </w:pPr>
      <w:r w:rsidRPr="00C26A26">
        <w:rPr>
          <w:b/>
          <w:lang w:val="da-DK"/>
        </w:rPr>
        <w:t xml:space="preserve">Sælger af standpladser er COPENHAGEN COMICS. Køber betegnes herefter som </w:t>
      </w:r>
      <w:proofErr w:type="spellStart"/>
      <w:r w:rsidRPr="00C26A26">
        <w:rPr>
          <w:b/>
          <w:lang w:val="da-DK"/>
        </w:rPr>
        <w:t>Standholder</w:t>
      </w:r>
      <w:proofErr w:type="spellEnd"/>
      <w:r w:rsidRPr="00C26A26">
        <w:rPr>
          <w:b/>
          <w:lang w:val="da-DK"/>
        </w:rPr>
        <w:t>.</w:t>
      </w:r>
    </w:p>
    <w:p w14:paraId="1F9F404B" w14:textId="77777777" w:rsidR="000C64FF" w:rsidRPr="00C26A26" w:rsidRDefault="00000000">
      <w:pPr>
        <w:rPr>
          <w:lang w:val="da-DK"/>
        </w:rPr>
      </w:pPr>
      <w:r w:rsidRPr="00C26A26">
        <w:rPr>
          <w:b/>
          <w:sz w:val="24"/>
          <w:lang w:val="da-DK"/>
        </w:rPr>
        <w:t>1. AFTALENS LØBETID OG OPHØR</w:t>
      </w:r>
    </w:p>
    <w:p w14:paraId="3B724BFF" w14:textId="77777777" w:rsidR="000C64FF" w:rsidRPr="00C26A26" w:rsidRDefault="00000000">
      <w:pPr>
        <w:spacing w:after="100"/>
        <w:rPr>
          <w:lang w:val="da-DK"/>
        </w:rPr>
      </w:pPr>
      <w:r w:rsidRPr="00C26A26">
        <w:rPr>
          <w:b/>
          <w:lang w:val="da-DK"/>
        </w:rPr>
        <w:t xml:space="preserve">1.1. </w:t>
      </w:r>
      <w:r w:rsidRPr="00C26A26">
        <w:rPr>
          <w:lang w:val="da-DK"/>
        </w:rPr>
        <w:t>Aftalen er gyldig fra underskriftstidspunktet og indtil d. 31/10/2027, hvor den udløber uden yderligere varsel. Aftalen er uopsigelig indtil aftaleperioden udløber, medmindre der foreligger væsentlig misligholdelse af en af parterne.</w:t>
      </w:r>
    </w:p>
    <w:p w14:paraId="2ADA4BCE" w14:textId="77777777" w:rsidR="000C64FF" w:rsidRPr="00C26A26" w:rsidRDefault="00000000">
      <w:pPr>
        <w:spacing w:after="100"/>
        <w:rPr>
          <w:lang w:val="da-DK"/>
        </w:rPr>
      </w:pPr>
      <w:r w:rsidRPr="00C26A26">
        <w:rPr>
          <w:lang w:val="da-DK"/>
        </w:rPr>
        <w:t>1.2. Festivalen afholdes 15.–16. maj 2027 og har åbent i følgende tidsrum (med forbehold for ændringer):</w:t>
      </w:r>
      <w:r w:rsidRPr="00C26A26">
        <w:rPr>
          <w:lang w:val="da-DK"/>
        </w:rPr>
        <w:br/>
        <w:t>• Lørdag 15. maj: kl. 10.00–18.00.</w:t>
      </w:r>
      <w:r w:rsidRPr="00C26A26">
        <w:rPr>
          <w:lang w:val="da-DK"/>
        </w:rPr>
        <w:br/>
        <w:t>• Søndag 16. maj: kl. 10.00–16.00.</w:t>
      </w:r>
    </w:p>
    <w:p w14:paraId="139AF355" w14:textId="77777777" w:rsidR="000C64FF" w:rsidRPr="00C26A26" w:rsidRDefault="00000000">
      <w:pPr>
        <w:rPr>
          <w:lang w:val="da-DK"/>
        </w:rPr>
      </w:pPr>
      <w:r w:rsidRPr="00C26A26">
        <w:rPr>
          <w:b/>
          <w:sz w:val="24"/>
          <w:lang w:val="da-DK"/>
        </w:rPr>
        <w:t>2. PARTERNES RETTIGHEDER OG FORPLIGTELSER</w:t>
      </w:r>
    </w:p>
    <w:p w14:paraId="3A75C105" w14:textId="77777777" w:rsidR="000C64FF" w:rsidRPr="00C26A26" w:rsidRDefault="00000000">
      <w:pPr>
        <w:spacing w:after="100"/>
        <w:rPr>
          <w:lang w:val="da-DK"/>
        </w:rPr>
      </w:pPr>
      <w:r w:rsidRPr="00C26A26">
        <w:rPr>
          <w:b/>
          <w:lang w:val="da-DK"/>
        </w:rPr>
        <w:t xml:space="preserve">2.1. </w:t>
      </w:r>
      <w:r w:rsidRPr="00C26A26">
        <w:rPr>
          <w:lang w:val="da-DK"/>
        </w:rPr>
        <w:t xml:space="preserve">COPENHAGEN COMICS indestår ikke for nogen garanti for salg, hvorfor </w:t>
      </w:r>
      <w:proofErr w:type="spellStart"/>
      <w:r w:rsidRPr="00C26A26">
        <w:rPr>
          <w:lang w:val="da-DK"/>
        </w:rPr>
        <w:t>Standholder</w:t>
      </w:r>
      <w:proofErr w:type="spellEnd"/>
      <w:r w:rsidRPr="00C26A26">
        <w:rPr>
          <w:lang w:val="da-DK"/>
        </w:rPr>
        <w:t xml:space="preserve"> selv må bære et eventuelt tab i den forbindelse.</w:t>
      </w:r>
    </w:p>
    <w:p w14:paraId="527ABF0C" w14:textId="52E2919F" w:rsidR="000C64FF" w:rsidRPr="00C26A26" w:rsidRDefault="00000000">
      <w:pPr>
        <w:spacing w:after="100"/>
        <w:rPr>
          <w:lang w:val="da-DK"/>
        </w:rPr>
      </w:pPr>
      <w:r w:rsidRPr="00C26A26">
        <w:rPr>
          <w:b/>
          <w:lang w:val="da-DK"/>
        </w:rPr>
        <w:t xml:space="preserve">2.2. </w:t>
      </w:r>
      <w:proofErr w:type="spellStart"/>
      <w:r w:rsidRPr="00C26A26">
        <w:rPr>
          <w:lang w:val="da-DK"/>
        </w:rPr>
        <w:t>Standholder</w:t>
      </w:r>
      <w:proofErr w:type="spellEnd"/>
      <w:r w:rsidRPr="00C26A26">
        <w:rPr>
          <w:lang w:val="da-DK"/>
        </w:rPr>
        <w:t xml:space="preserve"> forpligter sig til at holde åbent i hele Festivalens åbningstid, angivet i pkt. 1.2 og i henhold til angivet område. </w:t>
      </w:r>
      <w:proofErr w:type="spellStart"/>
      <w:r w:rsidRPr="00C26A26">
        <w:rPr>
          <w:lang w:val="da-DK"/>
        </w:rPr>
        <w:t>Standholders</w:t>
      </w:r>
      <w:proofErr w:type="spellEnd"/>
      <w:r w:rsidRPr="00C26A26">
        <w:rPr>
          <w:lang w:val="da-DK"/>
        </w:rPr>
        <w:t xml:space="preserve"> præcise placering aftales separat med COPENHAGEN COMICS inden </w:t>
      </w:r>
      <w:r w:rsidR="00C26A26">
        <w:rPr>
          <w:lang w:val="da-DK"/>
        </w:rPr>
        <w:t>15/04/2027</w:t>
      </w:r>
      <w:r w:rsidRPr="00C26A26">
        <w:rPr>
          <w:lang w:val="da-DK"/>
        </w:rPr>
        <w:t xml:space="preserve">. Placeringen kan ændres af COPENHAGEN COMICS indtil </w:t>
      </w:r>
      <w:r w:rsidR="00C26A26">
        <w:rPr>
          <w:lang w:val="da-DK"/>
        </w:rPr>
        <w:t>09/05/2027</w:t>
      </w:r>
      <w:r w:rsidRPr="00C26A26">
        <w:rPr>
          <w:lang w:val="da-DK"/>
        </w:rPr>
        <w:t>.</w:t>
      </w:r>
    </w:p>
    <w:p w14:paraId="4A000E38" w14:textId="77777777" w:rsidR="000C64FF" w:rsidRPr="00C26A26" w:rsidRDefault="00000000">
      <w:pPr>
        <w:spacing w:after="100"/>
        <w:rPr>
          <w:lang w:val="da-DK"/>
        </w:rPr>
      </w:pPr>
      <w:r w:rsidRPr="00C26A26">
        <w:rPr>
          <w:b/>
          <w:lang w:val="da-DK"/>
        </w:rPr>
        <w:t xml:space="preserve">2.3. </w:t>
      </w:r>
      <w:proofErr w:type="spellStart"/>
      <w:r w:rsidRPr="00C26A26">
        <w:rPr>
          <w:lang w:val="da-DK"/>
        </w:rPr>
        <w:t>Standholder</w:t>
      </w:r>
      <w:proofErr w:type="spellEnd"/>
      <w:r w:rsidRPr="00C26A26">
        <w:rPr>
          <w:lang w:val="da-DK"/>
        </w:rPr>
        <w:t xml:space="preserve"> bærer selv ansvaret alene for, at </w:t>
      </w:r>
      <w:proofErr w:type="spellStart"/>
      <w:r w:rsidRPr="00C26A26">
        <w:rPr>
          <w:lang w:val="da-DK"/>
        </w:rPr>
        <w:t>Standholder</w:t>
      </w:r>
      <w:proofErr w:type="spellEnd"/>
      <w:r w:rsidRPr="00C26A26">
        <w:rPr>
          <w:lang w:val="da-DK"/>
        </w:rPr>
        <w:t xml:space="preserve">, </w:t>
      </w:r>
      <w:proofErr w:type="spellStart"/>
      <w:r w:rsidRPr="00C26A26">
        <w:rPr>
          <w:lang w:val="da-DK"/>
        </w:rPr>
        <w:t>Standholders</w:t>
      </w:r>
      <w:proofErr w:type="spellEnd"/>
      <w:r w:rsidRPr="00C26A26">
        <w:rPr>
          <w:lang w:val="da-DK"/>
        </w:rPr>
        <w:t xml:space="preserve"> medarbejdere, Standen samt </w:t>
      </w:r>
      <w:proofErr w:type="spellStart"/>
      <w:r w:rsidRPr="00C26A26">
        <w:rPr>
          <w:lang w:val="da-DK"/>
        </w:rPr>
        <w:t>Standholders</w:t>
      </w:r>
      <w:proofErr w:type="spellEnd"/>
      <w:r w:rsidRPr="00C26A26">
        <w:rPr>
          <w:lang w:val="da-DK"/>
        </w:rPr>
        <w:t xml:space="preserve"> produkter lever op til gældende lovgivning og er godkendt af relevante myndigheder.</w:t>
      </w:r>
    </w:p>
    <w:p w14:paraId="7F2E5288" w14:textId="77777777" w:rsidR="000C64FF" w:rsidRPr="00C26A26" w:rsidRDefault="00000000">
      <w:pPr>
        <w:spacing w:after="100"/>
        <w:rPr>
          <w:lang w:val="da-DK"/>
        </w:rPr>
      </w:pPr>
      <w:r w:rsidRPr="00C26A26">
        <w:rPr>
          <w:b/>
          <w:lang w:val="da-DK"/>
        </w:rPr>
        <w:t xml:space="preserve">2.4. </w:t>
      </w:r>
      <w:r w:rsidRPr="00C26A26">
        <w:rPr>
          <w:lang w:val="da-DK"/>
        </w:rPr>
        <w:t>Det er ikke tilladt at udstille, sælge eller på anden måde distribuere produkter, der er skabt helt eller delvist ved hjælp af kunstig intelligens (AI), herunder men ikke begrænset til tekst, billeder, illustrationer, musik eller software, medmindre andet er udtrykkeligt aftalt skriftligt med Copenhagen Comics. Overtrædelse kan medføre øjeblikkelig bortvisning og ophævelse af aftalen uden kompensation.</w:t>
      </w:r>
    </w:p>
    <w:p w14:paraId="2F212398" w14:textId="77777777" w:rsidR="000C64FF" w:rsidRPr="00C26A26" w:rsidRDefault="00000000">
      <w:pPr>
        <w:spacing w:after="100"/>
        <w:rPr>
          <w:lang w:val="da-DK"/>
        </w:rPr>
      </w:pPr>
      <w:r w:rsidRPr="00C26A26">
        <w:rPr>
          <w:b/>
          <w:lang w:val="da-DK"/>
        </w:rPr>
        <w:t xml:space="preserve">2.5. </w:t>
      </w:r>
      <w:proofErr w:type="gramStart"/>
      <w:r w:rsidRPr="00C26A26">
        <w:rPr>
          <w:lang w:val="da-DK"/>
        </w:rPr>
        <w:t>Såfremt</w:t>
      </w:r>
      <w:proofErr w:type="gramEnd"/>
      <w:r w:rsidRPr="00C26A26">
        <w:rPr>
          <w:lang w:val="da-DK"/>
        </w:rPr>
        <w:t xml:space="preserve"> en </w:t>
      </w:r>
      <w:proofErr w:type="spellStart"/>
      <w:r w:rsidRPr="00C26A26">
        <w:rPr>
          <w:lang w:val="da-DK"/>
        </w:rPr>
        <w:t>Standholder</w:t>
      </w:r>
      <w:proofErr w:type="spellEnd"/>
      <w:r w:rsidRPr="00C26A26">
        <w:rPr>
          <w:lang w:val="da-DK"/>
        </w:rPr>
        <w:t xml:space="preserve"> – efter at være blevet givet en mundtlig eller skriftlig advarsel – fortsat udstiller eller sælger produkter i strid med disse handelsbetingelser, har Copenhagen Comics’ personale og sikkerhedsvagter ret og pligt til at fjerne den pågældende bod med øjeblikkelig virkning. </w:t>
      </w:r>
      <w:proofErr w:type="spellStart"/>
      <w:r w:rsidRPr="00C26A26">
        <w:rPr>
          <w:lang w:val="da-DK"/>
        </w:rPr>
        <w:t>Standholder</w:t>
      </w:r>
      <w:proofErr w:type="spellEnd"/>
      <w:r w:rsidRPr="00C26A26">
        <w:rPr>
          <w:lang w:val="da-DK"/>
        </w:rPr>
        <w:t xml:space="preserve"> er i sådanne tilfælde ikke berettiget til nogen form for kompensation eller refusion.</w:t>
      </w:r>
    </w:p>
    <w:p w14:paraId="255F3F2F" w14:textId="77777777" w:rsidR="000C64FF" w:rsidRPr="00C26A26" w:rsidRDefault="00000000">
      <w:pPr>
        <w:spacing w:after="100"/>
        <w:rPr>
          <w:lang w:val="da-DK"/>
        </w:rPr>
      </w:pPr>
      <w:r w:rsidRPr="00C26A26">
        <w:rPr>
          <w:b/>
          <w:lang w:val="da-DK"/>
        </w:rPr>
        <w:t xml:space="preserve">2.6. </w:t>
      </w:r>
      <w:r w:rsidRPr="00C26A26">
        <w:rPr>
          <w:lang w:val="da-DK"/>
        </w:rPr>
        <w:t xml:space="preserve">Hvis </w:t>
      </w:r>
      <w:proofErr w:type="spellStart"/>
      <w:r w:rsidRPr="00C26A26">
        <w:rPr>
          <w:lang w:val="da-DK"/>
        </w:rPr>
        <w:t>Standholder</w:t>
      </w:r>
      <w:proofErr w:type="spellEnd"/>
      <w:r w:rsidRPr="00C26A26">
        <w:rPr>
          <w:lang w:val="da-DK"/>
        </w:rPr>
        <w:t xml:space="preserve"> oplever problemer under festivalen, herunder uoverensstemmelser med Copenhagen Comics’ personale eller frivillige, opfordres </w:t>
      </w:r>
      <w:proofErr w:type="spellStart"/>
      <w:r w:rsidRPr="00C26A26">
        <w:rPr>
          <w:lang w:val="da-DK"/>
        </w:rPr>
        <w:t>Standholder</w:t>
      </w:r>
      <w:proofErr w:type="spellEnd"/>
      <w:r w:rsidRPr="00C26A26">
        <w:rPr>
          <w:lang w:val="da-DK"/>
        </w:rPr>
        <w:t xml:space="preserve"> til straks at henvende sig til festivalens ansvarlige kontaktperson for hurtig afklaring.</w:t>
      </w:r>
    </w:p>
    <w:p w14:paraId="5207B40E" w14:textId="77777777" w:rsidR="000C64FF" w:rsidRPr="00C26A26" w:rsidRDefault="00000000">
      <w:pPr>
        <w:spacing w:after="100"/>
        <w:rPr>
          <w:lang w:val="da-DK"/>
        </w:rPr>
      </w:pPr>
      <w:r w:rsidRPr="00C26A26">
        <w:rPr>
          <w:b/>
          <w:lang w:val="da-DK"/>
        </w:rPr>
        <w:t xml:space="preserve">2.7. </w:t>
      </w:r>
      <w:r w:rsidRPr="00C26A26">
        <w:rPr>
          <w:lang w:val="da-DK"/>
        </w:rPr>
        <w:t>Copenhagen Comics forbeholder sig retten til at afvise produkter eller udstillingsmateriale, der vurderes som upassende, stødende eller uforenelige med festivalens værdier – uanset om de er lovlige.</w:t>
      </w:r>
    </w:p>
    <w:p w14:paraId="0C936FF4" w14:textId="77777777" w:rsidR="000C64FF" w:rsidRPr="00C26A26" w:rsidRDefault="00000000">
      <w:pPr>
        <w:rPr>
          <w:lang w:val="da-DK"/>
        </w:rPr>
      </w:pPr>
      <w:r w:rsidRPr="00C26A26">
        <w:rPr>
          <w:b/>
          <w:sz w:val="24"/>
          <w:lang w:val="da-DK"/>
        </w:rPr>
        <w:t>3. OPSÆTNING, NEDPAKNING OG SIKKERHED</w:t>
      </w:r>
    </w:p>
    <w:p w14:paraId="0F3AA894" w14:textId="48D130A0" w:rsidR="000C64FF" w:rsidRPr="00C26A26" w:rsidRDefault="00000000">
      <w:pPr>
        <w:spacing w:after="100"/>
        <w:rPr>
          <w:lang w:val="da-DK"/>
        </w:rPr>
      </w:pPr>
      <w:r w:rsidRPr="00C26A26">
        <w:rPr>
          <w:b/>
          <w:lang w:val="da-DK"/>
        </w:rPr>
        <w:lastRenderedPageBreak/>
        <w:t xml:space="preserve">3.1. </w:t>
      </w:r>
      <w:r w:rsidRPr="00C26A26">
        <w:rPr>
          <w:lang w:val="da-DK"/>
        </w:rPr>
        <w:t xml:space="preserve">Opsætning af Standen kan påbegyndes </w:t>
      </w:r>
      <w:r w:rsidR="00C26A26">
        <w:rPr>
          <w:lang w:val="da-DK"/>
        </w:rPr>
        <w:t>14/05/2027</w:t>
      </w:r>
      <w:r w:rsidRPr="00C26A26">
        <w:rPr>
          <w:lang w:val="da-DK"/>
        </w:rPr>
        <w:t xml:space="preserve"> kl. </w:t>
      </w:r>
      <w:r w:rsidR="00C26A26">
        <w:rPr>
          <w:lang w:val="da-DK"/>
        </w:rPr>
        <w:t>11:00</w:t>
      </w:r>
      <w:r w:rsidRPr="00C26A26">
        <w:rPr>
          <w:lang w:val="da-DK"/>
        </w:rPr>
        <w:t xml:space="preserve">. Opsætningen skal være afsluttet, og Standen skal stå helt færdig </w:t>
      </w:r>
      <w:r w:rsidR="00C26A26">
        <w:rPr>
          <w:lang w:val="da-DK"/>
        </w:rPr>
        <w:t>15/05/2027</w:t>
      </w:r>
      <w:r w:rsidRPr="00C26A26">
        <w:rPr>
          <w:lang w:val="da-DK"/>
        </w:rPr>
        <w:t xml:space="preserve"> kl. </w:t>
      </w:r>
      <w:r w:rsidR="00C26A26">
        <w:rPr>
          <w:lang w:val="da-DK"/>
        </w:rPr>
        <w:t>kl. 10:00</w:t>
      </w:r>
      <w:r w:rsidRPr="00C26A26">
        <w:rPr>
          <w:lang w:val="da-DK"/>
        </w:rPr>
        <w:t>.</w:t>
      </w:r>
    </w:p>
    <w:p w14:paraId="5861ED70" w14:textId="6486316D" w:rsidR="000C64FF" w:rsidRPr="00C26A26" w:rsidRDefault="00000000">
      <w:pPr>
        <w:spacing w:after="100"/>
        <w:rPr>
          <w:lang w:val="da-DK"/>
        </w:rPr>
      </w:pPr>
      <w:r w:rsidRPr="00C26A26">
        <w:rPr>
          <w:b/>
          <w:lang w:val="da-DK"/>
        </w:rPr>
        <w:t xml:space="preserve">3.2. </w:t>
      </w:r>
      <w:r w:rsidRPr="00C26A26">
        <w:rPr>
          <w:lang w:val="da-DK"/>
        </w:rPr>
        <w:t xml:space="preserve">Nedtagning kan påbegyndes efter lukketid på Festivalens sidste dag kl. </w:t>
      </w:r>
      <w:r w:rsidR="00C26A26">
        <w:rPr>
          <w:lang w:val="da-DK"/>
        </w:rPr>
        <w:t>16:00</w:t>
      </w:r>
      <w:r w:rsidRPr="00C26A26">
        <w:rPr>
          <w:lang w:val="da-DK"/>
        </w:rPr>
        <w:t xml:space="preserve">. Standen skal være ryddet og godkendt af COPENHAGEN COMICS’ personale senest kl. </w:t>
      </w:r>
      <w:r w:rsidR="00C26A26">
        <w:rPr>
          <w:lang w:val="da-DK"/>
        </w:rPr>
        <w:t>23:00</w:t>
      </w:r>
      <w:r w:rsidR="00C26A26">
        <w:rPr>
          <w:b/>
          <w:bCs/>
          <w:lang w:val="da-DK"/>
        </w:rPr>
        <w:t>in</w:t>
      </w:r>
      <w:r w:rsidRPr="00C26A26">
        <w:rPr>
          <w:lang w:val="da-DK"/>
        </w:rPr>
        <w:t xml:space="preserve"> samme dag.</w:t>
      </w:r>
    </w:p>
    <w:p w14:paraId="3FDEB9F4" w14:textId="77777777" w:rsidR="000C64FF" w:rsidRPr="00C26A26" w:rsidRDefault="00000000">
      <w:pPr>
        <w:spacing w:after="100"/>
        <w:rPr>
          <w:lang w:val="da-DK"/>
        </w:rPr>
      </w:pPr>
      <w:r w:rsidRPr="00C26A26">
        <w:rPr>
          <w:b/>
          <w:lang w:val="da-DK"/>
        </w:rPr>
        <w:t xml:space="preserve">3.3. </w:t>
      </w:r>
      <w:proofErr w:type="spellStart"/>
      <w:r w:rsidRPr="00C26A26">
        <w:rPr>
          <w:lang w:val="da-DK"/>
        </w:rPr>
        <w:t>Standholder</w:t>
      </w:r>
      <w:proofErr w:type="spellEnd"/>
      <w:r w:rsidRPr="00C26A26">
        <w:rPr>
          <w:lang w:val="da-DK"/>
        </w:rPr>
        <w:t xml:space="preserve"> skal forlade Standen i samme stand som ved levering, herunder bortskaffelse af al skrald, lejet udstyr og rengøring af misfarvede materialer. Dette påhviler </w:t>
      </w:r>
      <w:proofErr w:type="spellStart"/>
      <w:r w:rsidRPr="00C26A26">
        <w:rPr>
          <w:lang w:val="da-DK"/>
        </w:rPr>
        <w:t>Standholder</w:t>
      </w:r>
      <w:proofErr w:type="spellEnd"/>
      <w:r w:rsidRPr="00C26A26">
        <w:rPr>
          <w:lang w:val="da-DK"/>
        </w:rPr>
        <w:t>.</w:t>
      </w:r>
    </w:p>
    <w:p w14:paraId="5E909E6E" w14:textId="77777777" w:rsidR="000C64FF" w:rsidRPr="00C26A26" w:rsidRDefault="00000000">
      <w:pPr>
        <w:spacing w:after="100"/>
        <w:rPr>
          <w:lang w:val="da-DK"/>
        </w:rPr>
      </w:pPr>
      <w:r w:rsidRPr="00C26A26">
        <w:rPr>
          <w:b/>
          <w:lang w:val="da-DK"/>
        </w:rPr>
        <w:t xml:space="preserve">3.4. </w:t>
      </w:r>
      <w:proofErr w:type="spellStart"/>
      <w:r w:rsidRPr="00C26A26">
        <w:rPr>
          <w:lang w:val="da-DK"/>
        </w:rPr>
        <w:t>Standholder</w:t>
      </w:r>
      <w:proofErr w:type="spellEnd"/>
      <w:r w:rsidRPr="00C26A26">
        <w:rPr>
          <w:lang w:val="da-DK"/>
        </w:rPr>
        <w:t xml:space="preserve"> medbringer selv alt materiale og nødvendigt udstyr til brug for opsætning og drift.</w:t>
      </w:r>
    </w:p>
    <w:p w14:paraId="6D1AC52A" w14:textId="77777777" w:rsidR="000C64FF" w:rsidRPr="00C26A26" w:rsidRDefault="00000000">
      <w:pPr>
        <w:spacing w:after="100"/>
        <w:rPr>
          <w:lang w:val="da-DK"/>
        </w:rPr>
      </w:pPr>
      <w:r w:rsidRPr="00C26A26">
        <w:rPr>
          <w:b/>
          <w:lang w:val="da-DK"/>
        </w:rPr>
        <w:t xml:space="preserve">3.5. </w:t>
      </w:r>
      <w:r w:rsidRPr="00C26A26">
        <w:rPr>
          <w:lang w:val="da-DK"/>
        </w:rPr>
        <w:t xml:space="preserve">Det er </w:t>
      </w:r>
      <w:proofErr w:type="spellStart"/>
      <w:r w:rsidRPr="00C26A26">
        <w:rPr>
          <w:lang w:val="da-DK"/>
        </w:rPr>
        <w:t>Standholders</w:t>
      </w:r>
      <w:proofErr w:type="spellEnd"/>
      <w:r w:rsidRPr="00C26A26">
        <w:rPr>
          <w:lang w:val="da-DK"/>
        </w:rPr>
        <w:t xml:space="preserve"> ansvar alene at bemande Standen, ligesom </w:t>
      </w:r>
      <w:proofErr w:type="spellStart"/>
      <w:r w:rsidRPr="00C26A26">
        <w:rPr>
          <w:lang w:val="da-DK"/>
        </w:rPr>
        <w:t>Standholder</w:t>
      </w:r>
      <w:proofErr w:type="spellEnd"/>
      <w:r w:rsidRPr="00C26A26">
        <w:rPr>
          <w:lang w:val="da-DK"/>
        </w:rPr>
        <w:t xml:space="preserve"> indestår for medarbejdernes sikkerhed, og at medarbejderne har de </w:t>
      </w:r>
      <w:proofErr w:type="gramStart"/>
      <w:r w:rsidRPr="00C26A26">
        <w:rPr>
          <w:lang w:val="da-DK"/>
        </w:rPr>
        <w:t>fornødne</w:t>
      </w:r>
      <w:proofErr w:type="gramEnd"/>
      <w:r w:rsidRPr="00C26A26">
        <w:rPr>
          <w:lang w:val="da-DK"/>
        </w:rPr>
        <w:t xml:space="preserve"> arbejdstilladelser. Forhold mellem </w:t>
      </w:r>
      <w:proofErr w:type="spellStart"/>
      <w:r w:rsidRPr="00C26A26">
        <w:rPr>
          <w:lang w:val="da-DK"/>
        </w:rPr>
        <w:t>Standholder</w:t>
      </w:r>
      <w:proofErr w:type="spellEnd"/>
      <w:r w:rsidRPr="00C26A26">
        <w:rPr>
          <w:lang w:val="da-DK"/>
        </w:rPr>
        <w:t xml:space="preserve"> og medarbejderne er COPENHAGEN COMICS uvedkommende. Skulle der opstå krav på grund af forhold, der relaterer sig til </w:t>
      </w:r>
      <w:proofErr w:type="spellStart"/>
      <w:r w:rsidRPr="00C26A26">
        <w:rPr>
          <w:lang w:val="da-DK"/>
        </w:rPr>
        <w:t>Standholders</w:t>
      </w:r>
      <w:proofErr w:type="spellEnd"/>
      <w:r w:rsidRPr="00C26A26">
        <w:rPr>
          <w:lang w:val="da-DK"/>
        </w:rPr>
        <w:t xml:space="preserve"> medarbejdere, indestår </w:t>
      </w:r>
      <w:proofErr w:type="spellStart"/>
      <w:r w:rsidRPr="00C26A26">
        <w:rPr>
          <w:lang w:val="da-DK"/>
        </w:rPr>
        <w:t>Standholder</w:t>
      </w:r>
      <w:proofErr w:type="spellEnd"/>
      <w:r w:rsidRPr="00C26A26">
        <w:rPr>
          <w:lang w:val="da-DK"/>
        </w:rPr>
        <w:t xml:space="preserve"> for alle udgifter forbundet hermed og accepterer at holde COPENHAGEN COMICS </w:t>
      </w:r>
      <w:proofErr w:type="spellStart"/>
      <w:r w:rsidRPr="00C26A26">
        <w:rPr>
          <w:lang w:val="da-DK"/>
        </w:rPr>
        <w:t>skadesfri</w:t>
      </w:r>
      <w:proofErr w:type="spellEnd"/>
      <w:r w:rsidRPr="00C26A26">
        <w:rPr>
          <w:lang w:val="da-DK"/>
        </w:rPr>
        <w:t>.</w:t>
      </w:r>
    </w:p>
    <w:p w14:paraId="370AC8FB" w14:textId="77777777" w:rsidR="000C64FF" w:rsidRPr="00C26A26" w:rsidRDefault="00000000">
      <w:pPr>
        <w:spacing w:after="100"/>
        <w:rPr>
          <w:lang w:val="da-DK"/>
        </w:rPr>
      </w:pPr>
      <w:r w:rsidRPr="00C26A26">
        <w:rPr>
          <w:b/>
          <w:lang w:val="da-DK"/>
        </w:rPr>
        <w:t xml:space="preserve">3.6. </w:t>
      </w:r>
      <w:proofErr w:type="spellStart"/>
      <w:r w:rsidRPr="00C26A26">
        <w:rPr>
          <w:lang w:val="da-DK"/>
        </w:rPr>
        <w:t>Standholder</w:t>
      </w:r>
      <w:proofErr w:type="spellEnd"/>
      <w:r w:rsidRPr="00C26A26">
        <w:rPr>
          <w:lang w:val="da-DK"/>
        </w:rPr>
        <w:t xml:space="preserve"> er ansvarlig for Standen, varer, eget materiel samt lejet materiel og kan ikke drage COPENHAGEN COMICS til ansvar for tyveri, brand, bortkomst, hærværk eller genstandes hændelige undergang i øvrigt.</w:t>
      </w:r>
    </w:p>
    <w:p w14:paraId="33CD0E3D" w14:textId="77777777" w:rsidR="000C64FF" w:rsidRPr="00C26A26" w:rsidRDefault="00000000">
      <w:pPr>
        <w:spacing w:after="100"/>
        <w:rPr>
          <w:lang w:val="da-DK"/>
        </w:rPr>
      </w:pPr>
      <w:r w:rsidRPr="00C26A26">
        <w:rPr>
          <w:b/>
          <w:lang w:val="da-DK"/>
        </w:rPr>
        <w:t xml:space="preserve">3.7. </w:t>
      </w:r>
      <w:proofErr w:type="spellStart"/>
      <w:r w:rsidRPr="00C26A26">
        <w:rPr>
          <w:lang w:val="da-DK"/>
        </w:rPr>
        <w:t>Standholder</w:t>
      </w:r>
      <w:proofErr w:type="spellEnd"/>
      <w:r w:rsidRPr="00C26A26">
        <w:rPr>
          <w:lang w:val="da-DK"/>
        </w:rPr>
        <w:t xml:space="preserve"> bærer ansvaret alene for personskade på </w:t>
      </w:r>
      <w:proofErr w:type="spellStart"/>
      <w:r w:rsidRPr="00C26A26">
        <w:rPr>
          <w:lang w:val="da-DK"/>
        </w:rPr>
        <w:t>Standholders</w:t>
      </w:r>
      <w:proofErr w:type="spellEnd"/>
      <w:r w:rsidRPr="00C26A26">
        <w:rPr>
          <w:lang w:val="da-DK"/>
        </w:rPr>
        <w:t xml:space="preserve"> medarbejdere, COPENHAGEN COMICS’ medarbejdere samt festivalgæster, som skyldes handlinger eller undladelser fra </w:t>
      </w:r>
      <w:proofErr w:type="spellStart"/>
      <w:r w:rsidRPr="00C26A26">
        <w:rPr>
          <w:lang w:val="da-DK"/>
        </w:rPr>
        <w:t>Standholder</w:t>
      </w:r>
      <w:proofErr w:type="spellEnd"/>
      <w:r w:rsidRPr="00C26A26">
        <w:rPr>
          <w:lang w:val="da-DK"/>
        </w:rPr>
        <w:t xml:space="preserve"> eller </w:t>
      </w:r>
      <w:proofErr w:type="spellStart"/>
      <w:r w:rsidRPr="00C26A26">
        <w:rPr>
          <w:lang w:val="da-DK"/>
        </w:rPr>
        <w:t>Standholders</w:t>
      </w:r>
      <w:proofErr w:type="spellEnd"/>
      <w:r w:rsidRPr="00C26A26">
        <w:rPr>
          <w:lang w:val="da-DK"/>
        </w:rPr>
        <w:t xml:space="preserve"> medarbejdere.</w:t>
      </w:r>
    </w:p>
    <w:p w14:paraId="5CA817D2" w14:textId="77777777" w:rsidR="000C64FF" w:rsidRPr="00C26A26" w:rsidRDefault="00000000">
      <w:pPr>
        <w:spacing w:after="100"/>
        <w:rPr>
          <w:lang w:val="da-DK"/>
        </w:rPr>
      </w:pPr>
      <w:r w:rsidRPr="00C26A26">
        <w:rPr>
          <w:b/>
          <w:lang w:val="da-DK"/>
        </w:rPr>
        <w:t xml:space="preserve">3.8. </w:t>
      </w:r>
      <w:proofErr w:type="spellStart"/>
      <w:r w:rsidRPr="00C26A26">
        <w:rPr>
          <w:lang w:val="da-DK"/>
        </w:rPr>
        <w:t>Standholder</w:t>
      </w:r>
      <w:proofErr w:type="spellEnd"/>
      <w:r w:rsidRPr="00C26A26">
        <w:rPr>
          <w:lang w:val="da-DK"/>
        </w:rPr>
        <w:t xml:space="preserve"> bærer et almindeligt produktansvar for alle produkter solgt i Standen, uanset om de er produceret af </w:t>
      </w:r>
      <w:proofErr w:type="spellStart"/>
      <w:r w:rsidRPr="00C26A26">
        <w:rPr>
          <w:lang w:val="da-DK"/>
        </w:rPr>
        <w:t>Standholder</w:t>
      </w:r>
      <w:proofErr w:type="spellEnd"/>
      <w:r w:rsidRPr="00C26A26">
        <w:rPr>
          <w:lang w:val="da-DK"/>
        </w:rPr>
        <w:t xml:space="preserve"> selv eller af en tredjemand.</w:t>
      </w:r>
    </w:p>
    <w:p w14:paraId="37A6AF14" w14:textId="77777777" w:rsidR="000C64FF" w:rsidRPr="00C26A26" w:rsidRDefault="00000000">
      <w:pPr>
        <w:spacing w:after="100"/>
        <w:rPr>
          <w:lang w:val="da-DK"/>
        </w:rPr>
      </w:pPr>
      <w:r w:rsidRPr="00C26A26">
        <w:rPr>
          <w:b/>
          <w:lang w:val="da-DK"/>
        </w:rPr>
        <w:t xml:space="preserve">3.9. </w:t>
      </w:r>
      <w:proofErr w:type="spellStart"/>
      <w:r w:rsidRPr="00C26A26">
        <w:rPr>
          <w:lang w:val="da-DK"/>
        </w:rPr>
        <w:t>Standholder</w:t>
      </w:r>
      <w:proofErr w:type="spellEnd"/>
      <w:r w:rsidRPr="00C26A26">
        <w:rPr>
          <w:lang w:val="da-DK"/>
        </w:rPr>
        <w:t xml:space="preserve"> hæfter selvstændigt for eventuelle afgifter fra SKAT, Politi, Brandvæsen eller andre offentlige myndigheder. </w:t>
      </w:r>
      <w:proofErr w:type="spellStart"/>
      <w:r w:rsidRPr="00C26A26">
        <w:rPr>
          <w:lang w:val="da-DK"/>
        </w:rPr>
        <w:t>Standholder</w:t>
      </w:r>
      <w:proofErr w:type="spellEnd"/>
      <w:r w:rsidRPr="00C26A26">
        <w:rPr>
          <w:lang w:val="da-DK"/>
        </w:rPr>
        <w:t xml:space="preserve"> indestår for at holde COPENHAGEN COMICS </w:t>
      </w:r>
      <w:proofErr w:type="spellStart"/>
      <w:r w:rsidRPr="00C26A26">
        <w:rPr>
          <w:lang w:val="da-DK"/>
        </w:rPr>
        <w:t>skadesfri</w:t>
      </w:r>
      <w:proofErr w:type="spellEnd"/>
      <w:r w:rsidRPr="00C26A26">
        <w:rPr>
          <w:lang w:val="da-DK"/>
        </w:rPr>
        <w:t xml:space="preserve"> i sådanne tilfælde.</w:t>
      </w:r>
    </w:p>
    <w:p w14:paraId="1097594D" w14:textId="77777777" w:rsidR="000C64FF" w:rsidRPr="00C26A26" w:rsidRDefault="00000000">
      <w:pPr>
        <w:rPr>
          <w:lang w:val="da-DK"/>
        </w:rPr>
      </w:pPr>
      <w:r w:rsidRPr="00C26A26">
        <w:rPr>
          <w:b/>
          <w:sz w:val="24"/>
          <w:lang w:val="da-DK"/>
        </w:rPr>
        <w:t>4. ANSVAR</w:t>
      </w:r>
    </w:p>
    <w:p w14:paraId="194999F2" w14:textId="77777777" w:rsidR="000C64FF" w:rsidRPr="00C26A26" w:rsidRDefault="00000000">
      <w:pPr>
        <w:spacing w:after="100"/>
        <w:rPr>
          <w:lang w:val="da-DK"/>
        </w:rPr>
      </w:pPr>
      <w:r w:rsidRPr="00C26A26">
        <w:rPr>
          <w:b/>
          <w:lang w:val="da-DK"/>
        </w:rPr>
        <w:t xml:space="preserve">4.1. </w:t>
      </w:r>
      <w:r w:rsidRPr="00C26A26">
        <w:rPr>
          <w:lang w:val="da-DK"/>
        </w:rPr>
        <w:t xml:space="preserve">COPENHAGEN COMICS hæfter ikke for </w:t>
      </w:r>
      <w:proofErr w:type="spellStart"/>
      <w:r w:rsidRPr="00C26A26">
        <w:rPr>
          <w:lang w:val="da-DK"/>
        </w:rPr>
        <w:t>Standholders</w:t>
      </w:r>
      <w:proofErr w:type="spellEnd"/>
      <w:r w:rsidRPr="00C26A26">
        <w:rPr>
          <w:lang w:val="da-DK"/>
        </w:rPr>
        <w:t xml:space="preserve"> eventuelle tab som følge af midlertidige afbrydelser af strømtilførsel, midlertidige nedbrud i betalingsanlæg eller andre midlertidige tekniske nedbrud.</w:t>
      </w:r>
    </w:p>
    <w:p w14:paraId="37A38A84" w14:textId="77777777" w:rsidR="000C64FF" w:rsidRPr="00C26A26" w:rsidRDefault="00000000">
      <w:pPr>
        <w:spacing w:after="100"/>
        <w:rPr>
          <w:lang w:val="da-DK"/>
        </w:rPr>
      </w:pPr>
      <w:r w:rsidRPr="00C26A26">
        <w:rPr>
          <w:b/>
          <w:lang w:val="da-DK"/>
        </w:rPr>
        <w:t xml:space="preserve">4.2. </w:t>
      </w:r>
      <w:r w:rsidRPr="00C26A26">
        <w:rPr>
          <w:lang w:val="da-DK"/>
        </w:rPr>
        <w:t>COPENHAGEN COMICS kan ikke gøres ansvarlig for aflysning, flytning, nedskalering af publikum eller ændring i programmet, herunder ændringer i artister eller andre optrædende.</w:t>
      </w:r>
    </w:p>
    <w:p w14:paraId="1805CD3C" w14:textId="77777777" w:rsidR="000C64FF" w:rsidRPr="00C26A26" w:rsidRDefault="00000000">
      <w:pPr>
        <w:spacing w:after="100"/>
        <w:rPr>
          <w:lang w:val="da-DK"/>
        </w:rPr>
      </w:pPr>
      <w:r w:rsidRPr="00C26A26">
        <w:rPr>
          <w:b/>
          <w:lang w:val="da-DK"/>
        </w:rPr>
        <w:t xml:space="preserve">4.3. </w:t>
      </w:r>
      <w:r w:rsidRPr="00C26A26">
        <w:rPr>
          <w:lang w:val="da-DK"/>
        </w:rPr>
        <w:t>Uanset eventuelle modstående vilkår i Aftalen er ingen af Parterne ansvarlige for manglende opfyldelse af forpligtelser, som kan henføres til Force Majeure. Som Force Majeure anses forhold, der er uden for Parternes kontrol, og som de ikke burde kunne have forudset forud for Aftalens indgåelse, herunder – men ikke udelukkende – usædvanlige naturforhold, krig, terror, brand, oversvømmelse, hærværk, pandemier og arbejdsstridigheder.</w:t>
      </w:r>
    </w:p>
    <w:p w14:paraId="319F4420" w14:textId="77777777" w:rsidR="000C64FF" w:rsidRPr="00C26A26" w:rsidRDefault="00000000">
      <w:pPr>
        <w:spacing w:after="100"/>
        <w:rPr>
          <w:lang w:val="da-DK"/>
        </w:rPr>
      </w:pPr>
      <w:r w:rsidRPr="00C26A26">
        <w:rPr>
          <w:b/>
          <w:lang w:val="da-DK"/>
        </w:rPr>
        <w:t xml:space="preserve">4.4. </w:t>
      </w:r>
      <w:proofErr w:type="gramStart"/>
      <w:r w:rsidRPr="00C26A26">
        <w:rPr>
          <w:lang w:val="da-DK"/>
        </w:rPr>
        <w:t>Såfremt</w:t>
      </w:r>
      <w:proofErr w:type="gramEnd"/>
      <w:r w:rsidRPr="00C26A26">
        <w:rPr>
          <w:lang w:val="da-DK"/>
        </w:rPr>
        <w:t xml:space="preserve"> festivalen ikke kan gennemføres helt eller delvist som følge af pandemier, epidemier eller afledte konsekvenser heraf, herunder forsamlingsforbud, myndighedernes </w:t>
      </w:r>
      <w:r w:rsidRPr="00C26A26">
        <w:rPr>
          <w:lang w:val="da-DK"/>
        </w:rPr>
        <w:lastRenderedPageBreak/>
        <w:t xml:space="preserve">anbefalinger mod forsamlinger eller andre forhold, der hindrer eller væsentligt besværliggør arrangementets gennemførelse som planlagt, er COPENHAGEN COMICS berettiget til ansvarsfrit at ophæve Aftalen med øjeblikkelig virkning eller kræve udsættelse af Parternes forpligtelser. </w:t>
      </w:r>
      <w:proofErr w:type="gramStart"/>
      <w:r w:rsidRPr="00C26A26">
        <w:rPr>
          <w:lang w:val="da-DK"/>
        </w:rPr>
        <w:t>Såfremt</w:t>
      </w:r>
      <w:proofErr w:type="gramEnd"/>
      <w:r w:rsidRPr="00C26A26">
        <w:rPr>
          <w:lang w:val="da-DK"/>
        </w:rPr>
        <w:t xml:space="preserve"> COPENHAGEN COMICS ophæver Aftalen på denne baggrund, kan </w:t>
      </w:r>
      <w:proofErr w:type="spellStart"/>
      <w:r w:rsidRPr="00C26A26">
        <w:rPr>
          <w:lang w:val="da-DK"/>
        </w:rPr>
        <w:t>Standholder</w:t>
      </w:r>
      <w:proofErr w:type="spellEnd"/>
      <w:r w:rsidRPr="00C26A26">
        <w:rPr>
          <w:lang w:val="da-DK"/>
        </w:rPr>
        <w:t xml:space="preserve"> ikke rejse krav mod COPENHAGEN COMICS i anledning af ophævelsen.</w:t>
      </w:r>
    </w:p>
    <w:p w14:paraId="4605447C" w14:textId="77777777" w:rsidR="000C64FF" w:rsidRPr="00C26A26" w:rsidRDefault="00000000">
      <w:pPr>
        <w:spacing w:after="100"/>
        <w:rPr>
          <w:lang w:val="da-DK"/>
        </w:rPr>
      </w:pPr>
      <w:r w:rsidRPr="00C26A26">
        <w:rPr>
          <w:b/>
          <w:lang w:val="da-DK"/>
        </w:rPr>
        <w:t xml:space="preserve">4.5. </w:t>
      </w:r>
      <w:r w:rsidRPr="00C26A26">
        <w:rPr>
          <w:lang w:val="da-DK"/>
        </w:rPr>
        <w:t>Parterne er forpligtet til at behandle enhver oplysning om Modparten, inklusive indholdet af denne Aftale, fortroligt og må på intet tidspunkt – hverken under Aftalens løbetid eller efterfølgende – offentliggøre eller videregive sådanne oplysninger til tredjemand.</w:t>
      </w:r>
    </w:p>
    <w:p w14:paraId="5321201D" w14:textId="77777777" w:rsidR="000C64FF" w:rsidRPr="00C26A26" w:rsidRDefault="00000000">
      <w:pPr>
        <w:spacing w:after="100"/>
        <w:rPr>
          <w:lang w:val="da-DK"/>
        </w:rPr>
      </w:pPr>
      <w:r w:rsidRPr="00C26A26">
        <w:rPr>
          <w:b/>
          <w:lang w:val="da-DK"/>
        </w:rPr>
        <w:t xml:space="preserve">4.6. </w:t>
      </w:r>
      <w:proofErr w:type="spellStart"/>
      <w:r w:rsidRPr="00C26A26">
        <w:rPr>
          <w:lang w:val="da-DK"/>
        </w:rPr>
        <w:t>Standholder</w:t>
      </w:r>
      <w:proofErr w:type="spellEnd"/>
      <w:r w:rsidRPr="00C26A26">
        <w:rPr>
          <w:lang w:val="da-DK"/>
        </w:rPr>
        <w:t xml:space="preserve"> forpligter sig til at overholde COPENHAGEN COMICS’ persondatapolitik, herunder at opbevare og håndtere alle personfølsomme oplysninger, som </w:t>
      </w:r>
      <w:proofErr w:type="spellStart"/>
      <w:r w:rsidRPr="00C26A26">
        <w:rPr>
          <w:lang w:val="da-DK"/>
        </w:rPr>
        <w:t>Standholder</w:t>
      </w:r>
      <w:proofErr w:type="spellEnd"/>
      <w:r w:rsidRPr="00C26A26">
        <w:rPr>
          <w:lang w:val="da-DK"/>
        </w:rPr>
        <w:t xml:space="preserve"> måtte komme i besiddelse af før, under og efter Aftalens løbetid, som relaterer sig til arbejdets udførsel, på forsvarlig vis og i overensstemmelse med gældende lovgivning.</w:t>
      </w:r>
    </w:p>
    <w:p w14:paraId="38D9D4EC" w14:textId="77777777" w:rsidR="000C64FF" w:rsidRPr="00C26A26" w:rsidRDefault="00000000">
      <w:pPr>
        <w:spacing w:after="100"/>
        <w:rPr>
          <w:lang w:val="da-DK"/>
        </w:rPr>
      </w:pPr>
      <w:r w:rsidRPr="00C26A26">
        <w:rPr>
          <w:b/>
          <w:lang w:val="da-DK"/>
        </w:rPr>
        <w:t xml:space="preserve">4.7. </w:t>
      </w:r>
      <w:r w:rsidRPr="00C26A26">
        <w:rPr>
          <w:lang w:val="da-DK"/>
        </w:rPr>
        <w:t xml:space="preserve">Ethvert krav, </w:t>
      </w:r>
      <w:proofErr w:type="spellStart"/>
      <w:r w:rsidRPr="00C26A26">
        <w:rPr>
          <w:lang w:val="da-DK"/>
        </w:rPr>
        <w:t>Standholder</w:t>
      </w:r>
      <w:proofErr w:type="spellEnd"/>
      <w:r w:rsidRPr="00C26A26">
        <w:rPr>
          <w:lang w:val="da-DK"/>
        </w:rPr>
        <w:t xml:space="preserve"> mener at have mod COPENHAGEN COMICS, skal være fremsat skriftligt senest 5 hverdage efter festivalens afslutning. </w:t>
      </w:r>
      <w:proofErr w:type="gramStart"/>
      <w:r w:rsidRPr="00C26A26">
        <w:rPr>
          <w:lang w:val="da-DK"/>
        </w:rPr>
        <w:t>Såfremt</w:t>
      </w:r>
      <w:proofErr w:type="gramEnd"/>
      <w:r w:rsidRPr="00C26A26">
        <w:rPr>
          <w:lang w:val="da-DK"/>
        </w:rPr>
        <w:t xml:space="preserve"> et sådant krav ikke er fremsat inden fristen, har </w:t>
      </w:r>
      <w:proofErr w:type="spellStart"/>
      <w:r w:rsidRPr="00C26A26">
        <w:rPr>
          <w:lang w:val="da-DK"/>
        </w:rPr>
        <w:t>Standholder</w:t>
      </w:r>
      <w:proofErr w:type="spellEnd"/>
      <w:r w:rsidRPr="00C26A26">
        <w:rPr>
          <w:lang w:val="da-DK"/>
        </w:rPr>
        <w:t xml:space="preserve"> mistet retten til at gøre kravet gældende.</w:t>
      </w:r>
    </w:p>
    <w:p w14:paraId="17CA3A27" w14:textId="77777777" w:rsidR="000C64FF" w:rsidRPr="00C26A26" w:rsidRDefault="00000000">
      <w:pPr>
        <w:spacing w:after="100"/>
        <w:rPr>
          <w:lang w:val="da-DK"/>
        </w:rPr>
      </w:pPr>
      <w:r w:rsidRPr="00C26A26">
        <w:rPr>
          <w:b/>
          <w:lang w:val="da-DK"/>
        </w:rPr>
        <w:t xml:space="preserve">4.8. </w:t>
      </w:r>
      <w:r w:rsidRPr="00C26A26">
        <w:rPr>
          <w:lang w:val="da-DK"/>
        </w:rPr>
        <w:t>Brud på de i pkt. 4 nævnte betingelser fører til øjeblikkeligt ophør af Aftalen og kan resultere i bortvisning fra Festivalen.</w:t>
      </w:r>
    </w:p>
    <w:p w14:paraId="4425AA88" w14:textId="77777777" w:rsidR="000C64FF" w:rsidRPr="00C26A26" w:rsidRDefault="00000000">
      <w:pPr>
        <w:rPr>
          <w:lang w:val="da-DK"/>
        </w:rPr>
      </w:pPr>
      <w:r w:rsidRPr="00C26A26">
        <w:rPr>
          <w:b/>
          <w:sz w:val="24"/>
          <w:lang w:val="da-DK"/>
        </w:rPr>
        <w:t>5. MISLIGHOLDELSE</w:t>
      </w:r>
    </w:p>
    <w:p w14:paraId="740BFE5E" w14:textId="77777777" w:rsidR="000C64FF" w:rsidRPr="00C26A26" w:rsidRDefault="00000000">
      <w:pPr>
        <w:spacing w:after="100"/>
        <w:rPr>
          <w:lang w:val="da-DK"/>
        </w:rPr>
      </w:pPr>
      <w:r w:rsidRPr="00C26A26">
        <w:rPr>
          <w:b/>
          <w:lang w:val="da-DK"/>
        </w:rPr>
        <w:t xml:space="preserve">5.1. </w:t>
      </w:r>
      <w:r w:rsidRPr="00C26A26">
        <w:rPr>
          <w:lang w:val="da-DK"/>
        </w:rPr>
        <w:t>Enhver Part har ret til ensidigt at ophæve denne Aftale skriftligt, med øjeblikkelig virkning og uden erstatning, hvis den anden Part væsentligt misligholder Aftalen. Den misligholdende Part er herefter forpligtet til at erstatte ethvert dokumenterbart direkte tab, påført den ikke-misligholdende Part som følge heraf.</w:t>
      </w:r>
    </w:p>
    <w:p w14:paraId="0B2A499F" w14:textId="77777777" w:rsidR="000C64FF" w:rsidRPr="00C26A26" w:rsidRDefault="00000000">
      <w:pPr>
        <w:spacing w:after="100"/>
        <w:rPr>
          <w:lang w:val="da-DK"/>
        </w:rPr>
      </w:pPr>
      <w:r w:rsidRPr="00C26A26">
        <w:rPr>
          <w:b/>
          <w:lang w:val="da-DK"/>
        </w:rPr>
        <w:t xml:space="preserve">5.2. </w:t>
      </w:r>
      <w:r w:rsidRPr="00C26A26">
        <w:rPr>
          <w:lang w:val="da-DK"/>
        </w:rPr>
        <w:t>Væsentlig misligholdelse omfatter blandt andet, men er ikke begrænset til:</w:t>
      </w:r>
      <w:r w:rsidRPr="00C26A26">
        <w:rPr>
          <w:lang w:val="da-DK"/>
        </w:rPr>
        <w:br/>
        <w:t>• konkurs, rekonstruktion, indgåelse af forhandlinger med henblik på at indgå akkord eller situationer, som juridisk kan sidestilles hermed, eller hvoraf det følger, at den pågældende Part er ude af stand til at opfylde sine forpligtelser i henhold til Aftalen;</w:t>
      </w:r>
      <w:r w:rsidRPr="00C26A26">
        <w:rPr>
          <w:lang w:val="da-DK"/>
        </w:rPr>
        <w:br/>
        <w:t>• hvor en Part overdrager nogle af sine rettigheder eller forpligtelser i henhold til denne Aftale til tredjemand uden forudgående skriftligt samtykke fra den anden Part;</w:t>
      </w:r>
      <w:r w:rsidRPr="00C26A26">
        <w:rPr>
          <w:lang w:val="da-DK"/>
        </w:rPr>
        <w:br/>
        <w:t>• tilsidesættelse af en bestemmelse i denne Aftale eller manglende overholdelse af relevant lovgivning og myndighedskrav.</w:t>
      </w:r>
    </w:p>
    <w:p w14:paraId="70571AC5" w14:textId="77777777" w:rsidR="000C64FF" w:rsidRPr="00C26A26" w:rsidRDefault="00000000">
      <w:pPr>
        <w:spacing w:after="100"/>
        <w:rPr>
          <w:lang w:val="da-DK"/>
        </w:rPr>
      </w:pPr>
      <w:r w:rsidRPr="00C26A26">
        <w:rPr>
          <w:b/>
          <w:lang w:val="da-DK"/>
        </w:rPr>
        <w:t xml:space="preserve">5.3. </w:t>
      </w:r>
      <w:r w:rsidRPr="00C26A26">
        <w:rPr>
          <w:lang w:val="da-DK"/>
        </w:rPr>
        <w:t>Den misligholdende Part er i øvrigt ansvarlig for ethvert direkte tab påført den anden Part som følge af misligholdelsen, dog ikke for indirekte tab, medmindre dette særskilt er specificeret.</w:t>
      </w:r>
    </w:p>
    <w:p w14:paraId="58AAF8BE" w14:textId="77777777" w:rsidR="000C64FF" w:rsidRPr="00C26A26" w:rsidRDefault="00000000">
      <w:pPr>
        <w:rPr>
          <w:lang w:val="da-DK"/>
        </w:rPr>
      </w:pPr>
      <w:r w:rsidRPr="00C26A26">
        <w:rPr>
          <w:b/>
          <w:sz w:val="24"/>
          <w:lang w:val="da-DK"/>
        </w:rPr>
        <w:t>6. OVERDRAGELSE, ÆNDRINGER OG VÆRNETING</w:t>
      </w:r>
    </w:p>
    <w:p w14:paraId="3215708F" w14:textId="77777777" w:rsidR="000C64FF" w:rsidRPr="00C26A26" w:rsidRDefault="00000000">
      <w:pPr>
        <w:spacing w:after="100"/>
        <w:rPr>
          <w:lang w:val="da-DK"/>
        </w:rPr>
      </w:pPr>
      <w:r w:rsidRPr="00C26A26">
        <w:rPr>
          <w:b/>
          <w:lang w:val="da-DK"/>
        </w:rPr>
        <w:t xml:space="preserve">6.1. </w:t>
      </w:r>
      <w:r w:rsidRPr="00C26A26">
        <w:rPr>
          <w:lang w:val="da-DK"/>
        </w:rPr>
        <w:t>Ingen af Parterne må overdrage, overføre, opkræve eller på anden måde behæfte eller handle med denne Aftale eller dele heraf uden forudgående skriftligt samtykke fra den anden Part.</w:t>
      </w:r>
    </w:p>
    <w:p w14:paraId="7B8BE820" w14:textId="77777777" w:rsidR="000C64FF" w:rsidRPr="00C26A26" w:rsidRDefault="00000000">
      <w:pPr>
        <w:spacing w:after="100"/>
        <w:rPr>
          <w:lang w:val="da-DK"/>
        </w:rPr>
      </w:pPr>
      <w:r w:rsidRPr="00C26A26">
        <w:rPr>
          <w:b/>
          <w:lang w:val="da-DK"/>
        </w:rPr>
        <w:t xml:space="preserve">6.2. </w:t>
      </w:r>
      <w:r w:rsidRPr="00C26A26">
        <w:rPr>
          <w:lang w:val="da-DK"/>
        </w:rPr>
        <w:t>Denne Aftale eller nogen bestemmelse heraf må ikke ændres uden, at dette skriftligt er aftalt mellem Parterne.</w:t>
      </w:r>
    </w:p>
    <w:p w14:paraId="41550D16" w14:textId="77777777" w:rsidR="000C64FF" w:rsidRPr="00C26A26" w:rsidRDefault="00000000">
      <w:pPr>
        <w:spacing w:after="100"/>
        <w:rPr>
          <w:lang w:val="da-DK"/>
        </w:rPr>
      </w:pPr>
      <w:r w:rsidRPr="00C26A26">
        <w:rPr>
          <w:b/>
          <w:lang w:val="da-DK"/>
        </w:rPr>
        <w:t xml:space="preserve">6.3. </w:t>
      </w:r>
      <w:r w:rsidRPr="00C26A26">
        <w:rPr>
          <w:lang w:val="da-DK"/>
        </w:rPr>
        <w:t xml:space="preserve">Nærværende Aftale er underlagt dansk lovgivning. Ved uoverensstemmelser skal Parterne indlede forhandlinger med henblik på at løse tvisten i mindelighed. Er det ikke </w:t>
      </w:r>
      <w:r w:rsidRPr="00C26A26">
        <w:rPr>
          <w:lang w:val="da-DK"/>
        </w:rPr>
        <w:lastRenderedPageBreak/>
        <w:t>muligt at nå til enighed, kan Parterne indbringe sagen for Danmarks almindelige domstole ved Københavns Byret.</w:t>
      </w:r>
    </w:p>
    <w:p w14:paraId="76E3C966" w14:textId="77777777" w:rsidR="000C64FF" w:rsidRPr="00C26A26" w:rsidRDefault="00000000">
      <w:pPr>
        <w:spacing w:after="100"/>
        <w:rPr>
          <w:lang w:val="da-DK"/>
        </w:rPr>
      </w:pPr>
      <w:r w:rsidRPr="00C26A26">
        <w:rPr>
          <w:b/>
          <w:lang w:val="da-DK"/>
        </w:rPr>
        <w:t xml:space="preserve">6.4. </w:t>
      </w:r>
      <w:r w:rsidRPr="00C26A26">
        <w:rPr>
          <w:lang w:val="da-DK"/>
        </w:rPr>
        <w:t>En underskrevet kopi af denne Aftale skal altid forefindes i Standen og skal på forlangende kunne fremvises til COPENHAGEN COMICS’ medarbejdere eller offentlige myndigheder.</w:t>
      </w:r>
    </w:p>
    <w:p w14:paraId="1BB2480A" w14:textId="77777777" w:rsidR="000C64FF" w:rsidRPr="00C26A26" w:rsidRDefault="000C64FF">
      <w:pPr>
        <w:rPr>
          <w:lang w:val="da-DK"/>
        </w:rPr>
      </w:pPr>
    </w:p>
    <w:p w14:paraId="21827662" w14:textId="77777777" w:rsidR="000C64FF" w:rsidRDefault="00000000">
      <w:r w:rsidRPr="00C26A26">
        <w:rPr>
          <w:lang w:val="da-DK"/>
        </w:rPr>
        <w:t>Vi glæder os til samarbejdet!</w:t>
      </w:r>
      <w:r w:rsidRPr="00C26A26">
        <w:rPr>
          <w:lang w:val="da-DK"/>
        </w:rPr>
        <w:br/>
      </w:r>
      <w:r w:rsidRPr="00C26A26">
        <w:rPr>
          <w:lang w:val="da-DK"/>
        </w:rPr>
        <w:br/>
      </w:r>
      <w:r>
        <w:t xml:space="preserve">Med </w:t>
      </w:r>
      <w:proofErr w:type="spellStart"/>
      <w:r>
        <w:t>venlig</w:t>
      </w:r>
      <w:proofErr w:type="spellEnd"/>
      <w:r>
        <w:t xml:space="preserve"> </w:t>
      </w:r>
      <w:proofErr w:type="spellStart"/>
      <w:r>
        <w:t>hilsen</w:t>
      </w:r>
      <w:proofErr w:type="spellEnd"/>
      <w:r>
        <w:br/>
        <w:t>COPENHAGEN COMICS</w:t>
      </w:r>
    </w:p>
    <w:sectPr w:rsidR="000C64F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1278633871">
    <w:abstractNumId w:val="8"/>
  </w:num>
  <w:num w:numId="2" w16cid:durableId="709840462">
    <w:abstractNumId w:val="6"/>
  </w:num>
  <w:num w:numId="3" w16cid:durableId="1994721398">
    <w:abstractNumId w:val="5"/>
  </w:num>
  <w:num w:numId="4" w16cid:durableId="777263954">
    <w:abstractNumId w:val="4"/>
  </w:num>
  <w:num w:numId="5" w16cid:durableId="832256463">
    <w:abstractNumId w:val="7"/>
  </w:num>
  <w:num w:numId="6" w16cid:durableId="756634261">
    <w:abstractNumId w:val="3"/>
  </w:num>
  <w:num w:numId="7" w16cid:durableId="595208114">
    <w:abstractNumId w:val="2"/>
  </w:num>
  <w:num w:numId="8" w16cid:durableId="202520470">
    <w:abstractNumId w:val="1"/>
  </w:num>
  <w:num w:numId="9" w16cid:durableId="1000695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64FF"/>
    <w:rsid w:val="0015074B"/>
    <w:rsid w:val="0029639D"/>
    <w:rsid w:val="00326F90"/>
    <w:rsid w:val="00A60D58"/>
    <w:rsid w:val="00AA1D8D"/>
    <w:rsid w:val="00B47730"/>
    <w:rsid w:val="00C26A2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4C627"/>
  <w14:defaultImageDpi w14:val="300"/>
  <w15:docId w15:val="{4D8F96FB-5771-47A2-83BC-A7BD531EB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1227</Words>
  <Characters>7688</Characters>
  <Application>Microsoft Office Word</Application>
  <DocSecurity>0</DocSecurity>
  <Lines>132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 Michelsen</cp:lastModifiedBy>
  <cp:revision>2</cp:revision>
  <dcterms:created xsi:type="dcterms:W3CDTF">2013-12-23T23:15:00Z</dcterms:created>
  <dcterms:modified xsi:type="dcterms:W3CDTF">2026-09-28T15:37:00Z</dcterms:modified>
  <cp:category/>
</cp:coreProperties>
</file>